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96D56C" w14:textId="77777777" w:rsidR="002C135E" w:rsidRDefault="00000000">
      <w:pPr>
        <w:pStyle w:val="Title"/>
      </w:pPr>
      <w:r>
        <w:t>Evan Rinehart</w:t>
      </w:r>
    </w:p>
    <w:p w14:paraId="248654DF" w14:textId="12E158F2" w:rsidR="002C135E" w:rsidRDefault="00000000">
      <w:r>
        <w:t>Zanesville, Ohio | (740)-258-2589</w:t>
      </w:r>
      <w:r w:rsidR="00A64F89">
        <w:t xml:space="preserve"> | </w:t>
      </w:r>
      <w:r w:rsidR="00A64F89">
        <w:t xml:space="preserve">Lemonrine06@gmail.com </w:t>
      </w:r>
    </w:p>
    <w:p w14:paraId="5072B12C" w14:textId="77777777" w:rsidR="002C135E" w:rsidRDefault="00000000">
      <w:pPr>
        <w:pStyle w:val="Heading1"/>
      </w:pPr>
      <w:r>
        <w:t>Professional Summary</w:t>
      </w:r>
    </w:p>
    <w:p w14:paraId="5B03CDBC" w14:textId="77777777" w:rsidR="002C135E" w:rsidRDefault="00000000">
      <w:r>
        <w:t>A customer-oriented supervisor at We Lov Pets, adept in problem-solving, significantly improved customer satisfaction and team productivity, and knowledgeable on specific care and experience with educating others. Expert in training and mentoring, with a knack for developing efficient workflows and fostering employee motivation.</w:t>
      </w:r>
    </w:p>
    <w:p w14:paraId="3BF87C97" w14:textId="77777777" w:rsidR="002C135E" w:rsidRDefault="00000000">
      <w:pPr>
        <w:pStyle w:val="Heading1"/>
      </w:pPr>
      <w:r>
        <w:t>Work Experience</w:t>
      </w:r>
    </w:p>
    <w:p w14:paraId="46D077C9" w14:textId="77777777" w:rsidR="002C135E" w:rsidRDefault="00000000">
      <w:r>
        <w:rPr>
          <w:b/>
        </w:rPr>
        <w:t>Supervisor — We Lov Pets</w:t>
      </w:r>
      <w:r>
        <w:br/>
        <w:t>May 2022 – Present</w:t>
      </w:r>
    </w:p>
    <w:p w14:paraId="46902612" w14:textId="77777777" w:rsidR="002C135E" w:rsidRDefault="00000000">
      <w:pPr>
        <w:pStyle w:val="ListBullet"/>
      </w:pPr>
      <w:r>
        <w:t>Lead daily store operations, ensuring smooth workflow and task completion.</w:t>
      </w:r>
    </w:p>
    <w:p w14:paraId="23116864" w14:textId="77777777" w:rsidR="002C135E" w:rsidRDefault="00000000">
      <w:pPr>
        <w:pStyle w:val="ListBullet"/>
      </w:pPr>
      <w:r>
        <w:t>Trained and mentored new team members to improve performance and confidence.</w:t>
      </w:r>
    </w:p>
    <w:p w14:paraId="6DDE94B9" w14:textId="77777777" w:rsidR="002C135E" w:rsidRDefault="00000000">
      <w:pPr>
        <w:pStyle w:val="ListBullet"/>
      </w:pPr>
      <w:r>
        <w:t>Enhanced customer satisfaction through effective communication and problem‑solving.</w:t>
      </w:r>
    </w:p>
    <w:p w14:paraId="42544C4A" w14:textId="265E5CA8" w:rsidR="00A64F89" w:rsidRDefault="00A64F89">
      <w:pPr>
        <w:pStyle w:val="ListBullet"/>
      </w:pPr>
      <w:r>
        <w:t>Educated both customers and staff on comprehension for animal care.</w:t>
      </w:r>
    </w:p>
    <w:p w14:paraId="0EFC7997" w14:textId="77777777" w:rsidR="002C135E" w:rsidRDefault="00000000">
      <w:pPr>
        <w:pStyle w:val="Heading1"/>
      </w:pPr>
      <w:r>
        <w:t>Education</w:t>
      </w:r>
    </w:p>
    <w:p w14:paraId="06D15D6A" w14:textId="77777777" w:rsidR="002C135E" w:rsidRDefault="00000000">
      <w:r>
        <w:rPr>
          <w:b/>
        </w:rPr>
        <w:t>High School Diploma — Zanesville High School</w:t>
      </w:r>
      <w:r>
        <w:br/>
        <w:t>Graduated 2024</w:t>
      </w:r>
    </w:p>
    <w:p w14:paraId="7DB52C99" w14:textId="7FEE7780" w:rsidR="004655CB" w:rsidRDefault="004655CB" w:rsidP="004655CB">
      <w:pPr>
        <w:pStyle w:val="ListParagraph"/>
        <w:numPr>
          <w:ilvl w:val="0"/>
          <w:numId w:val="10"/>
        </w:numPr>
      </w:pPr>
      <w:r>
        <w:t>Dean’s List 2022-2024</w:t>
      </w:r>
    </w:p>
    <w:p w14:paraId="05783381" w14:textId="4FE5A3A2" w:rsidR="004655CB" w:rsidRDefault="004655CB" w:rsidP="004655CB">
      <w:pPr>
        <w:pStyle w:val="ListParagraph"/>
        <w:numPr>
          <w:ilvl w:val="0"/>
          <w:numId w:val="10"/>
        </w:numPr>
      </w:pPr>
      <w:r>
        <w:t>Honor Roll 2020-2024</w:t>
      </w:r>
    </w:p>
    <w:p w14:paraId="5D7AC24A" w14:textId="3C58496B" w:rsidR="004655CB" w:rsidRDefault="004655CB" w:rsidP="004655CB">
      <w:pPr>
        <w:pStyle w:val="ListParagraph"/>
        <w:numPr>
          <w:ilvl w:val="0"/>
          <w:numId w:val="10"/>
        </w:numPr>
      </w:pPr>
      <w:r>
        <w:t>Ranked in top 13% of graduating class</w:t>
      </w:r>
    </w:p>
    <w:p w14:paraId="445463B2" w14:textId="753905C1" w:rsidR="004655CB" w:rsidRDefault="004655CB" w:rsidP="004655CB">
      <w:pPr>
        <w:pStyle w:val="ListParagraph"/>
        <w:numPr>
          <w:ilvl w:val="0"/>
          <w:numId w:val="10"/>
        </w:numPr>
      </w:pPr>
      <w:r>
        <w:t xml:space="preserve">Extracurricular Activities: High School Bands (Marching, </w:t>
      </w:r>
      <w:r w:rsidR="00A64F89">
        <w:t>S</w:t>
      </w:r>
      <w:r>
        <w:t xml:space="preserve">ymphonic, </w:t>
      </w:r>
      <w:r w:rsidR="00A64F89">
        <w:t>J</w:t>
      </w:r>
      <w:r>
        <w:t xml:space="preserve">azz, </w:t>
      </w:r>
      <w:r w:rsidR="00A64F89">
        <w:t>E</w:t>
      </w:r>
      <w:r>
        <w:t>nsemble</w:t>
      </w:r>
      <w:r w:rsidR="00A64F89">
        <w:t>)</w:t>
      </w:r>
    </w:p>
    <w:p w14:paraId="0BA44E49" w14:textId="1DE3E6D0" w:rsidR="00A64F89" w:rsidRDefault="00A64F89" w:rsidP="004655CB">
      <w:pPr>
        <w:pStyle w:val="ListParagraph"/>
        <w:numPr>
          <w:ilvl w:val="0"/>
          <w:numId w:val="10"/>
        </w:numPr>
      </w:pPr>
      <w:proofErr w:type="gramStart"/>
      <w:r>
        <w:t>National</w:t>
      </w:r>
      <w:proofErr w:type="gramEnd"/>
      <w:r>
        <w:t xml:space="preserve"> Honor </w:t>
      </w:r>
      <w:proofErr w:type="gramStart"/>
      <w:r>
        <w:t>Society Member</w:t>
      </w:r>
      <w:proofErr w:type="gramEnd"/>
    </w:p>
    <w:p w14:paraId="4F62EF7A" w14:textId="374E41EA" w:rsidR="00A64F89" w:rsidRDefault="00A64F89" w:rsidP="004655CB">
      <w:pPr>
        <w:pStyle w:val="ListParagraph"/>
        <w:numPr>
          <w:ilvl w:val="0"/>
          <w:numId w:val="10"/>
        </w:numPr>
      </w:pPr>
      <w:r>
        <w:t xml:space="preserve">Cum Laude Graduate </w:t>
      </w:r>
    </w:p>
    <w:p w14:paraId="4704E0EE" w14:textId="54BD3DE3" w:rsidR="00A64F89" w:rsidRDefault="00A64F89" w:rsidP="004655CB">
      <w:pPr>
        <w:pStyle w:val="ListParagraph"/>
        <w:numPr>
          <w:ilvl w:val="0"/>
          <w:numId w:val="10"/>
        </w:numPr>
      </w:pPr>
      <w:r>
        <w:t>3.55 GPA</w:t>
      </w:r>
    </w:p>
    <w:p w14:paraId="35A7BF5B" w14:textId="6CAF2414" w:rsidR="00A64F89" w:rsidRDefault="00A64F89" w:rsidP="004655CB">
      <w:pPr>
        <w:pStyle w:val="ListParagraph"/>
        <w:numPr>
          <w:ilvl w:val="0"/>
          <w:numId w:val="10"/>
        </w:numPr>
      </w:pPr>
      <w:r>
        <w:t xml:space="preserve">Buckeye Boy’s State attendee </w:t>
      </w:r>
    </w:p>
    <w:p w14:paraId="4DFC9E7B" w14:textId="0CA2D3B6" w:rsidR="00A64F89" w:rsidRDefault="00A64F89" w:rsidP="004655CB">
      <w:pPr>
        <w:pStyle w:val="ListParagraph"/>
        <w:numPr>
          <w:ilvl w:val="0"/>
          <w:numId w:val="10"/>
        </w:numPr>
      </w:pPr>
      <w:r>
        <w:t>Nominated for Boy’s Nation by representatives of The American Legion</w:t>
      </w:r>
    </w:p>
    <w:p w14:paraId="7762EBB2" w14:textId="5113F5D4" w:rsidR="00A64F89" w:rsidRDefault="00A64F89" w:rsidP="004655CB">
      <w:pPr>
        <w:pStyle w:val="ListParagraph"/>
        <w:numPr>
          <w:ilvl w:val="0"/>
          <w:numId w:val="10"/>
        </w:numPr>
      </w:pPr>
      <w:r>
        <w:t xml:space="preserve">Graduation Seals </w:t>
      </w:r>
      <w:proofErr w:type="gramStart"/>
      <w:r>
        <w:t>include:</w:t>
      </w:r>
      <w:proofErr w:type="gramEnd"/>
      <w:r>
        <w:t xml:space="preserve"> Citizenship, Fine and Preforming Arts, and Science</w:t>
      </w:r>
    </w:p>
    <w:p w14:paraId="4935684D" w14:textId="56CC9A0E" w:rsidR="00A64F89" w:rsidRDefault="00A64F89" w:rsidP="004655CB">
      <w:pPr>
        <w:pStyle w:val="ListParagraph"/>
        <w:numPr>
          <w:ilvl w:val="0"/>
          <w:numId w:val="10"/>
        </w:numPr>
      </w:pPr>
      <w:r>
        <w:t>Graduated with an Honors Diploma</w:t>
      </w:r>
    </w:p>
    <w:sectPr w:rsidR="00A64F89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412E5396"/>
    <w:multiLevelType w:val="hybridMultilevel"/>
    <w:tmpl w:val="ABC2BE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40104152">
    <w:abstractNumId w:val="8"/>
  </w:num>
  <w:num w:numId="2" w16cid:durableId="1545556511">
    <w:abstractNumId w:val="6"/>
  </w:num>
  <w:num w:numId="3" w16cid:durableId="60058538">
    <w:abstractNumId w:val="5"/>
  </w:num>
  <w:num w:numId="4" w16cid:durableId="681126570">
    <w:abstractNumId w:val="4"/>
  </w:num>
  <w:num w:numId="5" w16cid:durableId="1903522193">
    <w:abstractNumId w:val="7"/>
  </w:num>
  <w:num w:numId="6" w16cid:durableId="1704671121">
    <w:abstractNumId w:val="3"/>
  </w:num>
  <w:num w:numId="7" w16cid:durableId="1709795070">
    <w:abstractNumId w:val="2"/>
  </w:num>
  <w:num w:numId="8" w16cid:durableId="330107007">
    <w:abstractNumId w:val="1"/>
  </w:num>
  <w:num w:numId="9" w16cid:durableId="452286887">
    <w:abstractNumId w:val="0"/>
  </w:num>
  <w:num w:numId="10" w16cid:durableId="125451095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2C135E"/>
    <w:rsid w:val="00326F90"/>
    <w:rsid w:val="004655CB"/>
    <w:rsid w:val="00A64F89"/>
    <w:rsid w:val="00AA1D8D"/>
    <w:rsid w:val="00B47730"/>
    <w:rsid w:val="00CB0664"/>
    <w:rsid w:val="00EE235F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333D6FC"/>
  <w14:defaultImageDpi w14:val="300"/>
  <w15:docId w15:val="{9693E946-4960-45FA-BF61-3040979A8D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yperlink">
    <w:name w:val="Hyperlink"/>
    <w:basedOn w:val="DefaultParagraphFont"/>
    <w:uiPriority w:val="99"/>
    <w:unhideWhenUsed/>
    <w:rsid w:val="00A64F89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64F8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165</Words>
  <Characters>1127</Characters>
  <Application>Microsoft Office Word</Application>
  <DocSecurity>0</DocSecurity>
  <Lines>28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1269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Rinehart, Evan</cp:lastModifiedBy>
  <cp:revision>3</cp:revision>
  <dcterms:created xsi:type="dcterms:W3CDTF">2013-12-23T23:15:00Z</dcterms:created>
  <dcterms:modified xsi:type="dcterms:W3CDTF">2026-03-16T16:04:00Z</dcterms:modified>
  <cp:category/>
</cp:coreProperties>
</file>